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🧒 יום זכויות הילד – כל הזכויות שלי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זכויות הילד – התאמה בין זכות לדוגמה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ולהתאים כל זכות לדוגמה מתאימה מהחיים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את המשמעות של כל אחת מזכויות הילד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שימוש נכון במונחים: זכות, אחריות, שוויון, פרטיות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חנ״מ – פחות פריטים, עד 3 אפשרויות בחירה, בנק מילים, גופן מוגדל ושורות כתיבה רחבות. מומלץ להקריא את ההוראות בקול ולעבוד חלק אחר חלק, בלי הגבלת זמן.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התאמה: זכות ↔ דוגמה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(הרופאה בודקת את גלי ונותנת לה תרופה)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ד (שירה ואחיה בונים מבצר מכריות בשבת)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א (אלה מציעה רעיון בישיבת הכיתה)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ב (כל הילדים מוזמנים לנבחרת, בנים ובנות)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בחירה נכונה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שוויון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בריאות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זהות כוללת שם, משפחה ושייכות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שוויון אומר שכל הילדים שווים, בלי הבדל מגדר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השלמת מילים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בריאות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שוויון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כתיבה אישית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דוגמה סבירה לכל זכות, כמו למידה בכיתה ומשחק בחצר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שם, משפחה ואזרחות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כל הילדים משתתפים יחד, בלי הבדל מגדר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כדי לשמור על המרחב האישי של כל אחד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לבצע את חלק ההתאמה בזוגות לפני המילוי האישי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לדון בדוגמאות נוספות מהכיתה לכל זכות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ניתן להשמיט את הפריטים המסומנים לתלמידים הזקוקים להתאמה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🧒 יום זכויות הילד – כל הזכויות שלי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זכויות הילד – התאמה בין זכות לדוגמה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32"/>
          <w:rtl/>
          <w:szCs w:val="32"/>
        </w:rPr>
        <w:t>לכל ילד וילדה יש זכויות חשובות, כמו הזכות לבריאות, לחינוך ולמשחק. בדף הזה נתרגל להתאים בין שם הזכות לבין דוגמה מהחיים שמדגימה אותה.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2"/>
          <w:rtl/>
          <w:szCs w:val="32"/>
          <w:bCs/>
        </w:rPr>
        <w:t>🧺 בנק מילים: שוויון  ·  בריאות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  חלק א׳ – התאמה: זכות ↔ דוגמה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הזכות לבריאות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אלה מציעה רעיון בישיבת הכיתה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הזכות למשחק ומנוחה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כל הילדים מוזמנים לנבחרת, בנים ובנות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הזכות להביע דעה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הרופאה בודקת את גלי ונותנת לה תרופה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4. הזכות לשוויון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ד. שירה ואחיה בונים מבצר מכריות בשבת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2  חלק ב׳ – בחירה נכונה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איזו זכות מתארת מצב שבו כל הילדים, בלי קשר למגדר, יכולים להצטרף לקבוצה?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שוויון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פרטיות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זהות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איזו זכות קשורה לכך שלכל ילד מגיע טיפול רפואי כשהוא חולה?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חינוך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בריאות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זהות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3  חלק ג׳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הזכות לזהות פירושה שלכל ילד יש שם, משפחה ואזרחות.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הזכות לשוויון אומרת שרק בנים יכולים לשחק בכדורגל.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4  חלק ד׳ – השלמת 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כאשר הרופאה בודקת ילד ונותנת לו תרופה, היא שומרת על הזכות ל__________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כאשר כל הילדים, בנים ובנות, מוזמנים לשחק באותה קבוצה, זו הזכות ל__________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5  חלק ה׳ – כתיבה אישית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כתבו דוגמה אישית משלכם לזכות לחינוך ולזכות למשחק ומנוחה.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36"/>
          <w:rtl/>
          <w:szCs w:val="36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מהי הזכות לזהות?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תנו דוגמה לזכות לשוויון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32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זכויות הילד – התאמה בין זכות לדוגמה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