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התאמה בין זכות לדוגמה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ולהתאים כל זכות לדוגמה מתאימה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אחת מזכויות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במונחים: זכות, אחריות, שוויון,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זכות 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(הרופאה בודקת את גלי ונותנת לה תרופה)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(שירה ואחיה בונים מבצר מכריות בשבת)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(אלה מציעה רעיון בישיבת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 הילדים מוזמנים לנבחרת, בנים ובנות)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(אמא של בן דופקת בדלת לפני שהיא נכנסת)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(לתינוק החדש במשפחה נתנו 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שלא ייכנסו לחדר שלי בלי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להיות מוגן מפגיעה ואלימות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זהות כוללת שם, משפחה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שוויון אומר שכל הילדים שווים, בלי הבדל מגדר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הזכות למשחק ומנוחה, לא 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חינוך הוא למידה והתפתחות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פרטיות מתייחסת לכיבוד המרחב האישי, לא לאיסור 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 סבירה לכל זכות, כמו למידה בכיתה ומשחק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שם, משפחה ואזרחות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הילדים משתתפים יחד, בלי הבדל מגדר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המרחב האישי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בזוגות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נוספות מהכיתה לכל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התאמה בין זכות לדוגמה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יש זכויות חשובות, כמו הזכות לבריאות, לחינוך ולמשחק. בדף הזה נתרגל להתאים בין שם הזכות לבין דוגמה מהחיים שמדגימה אותה.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זכות 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לתינוק החדש במשפחה נתנו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למשחק ומנוחה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הילדים מוזמנים לנבחרת, בנים ובנות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שירה ואחיה בונים מבצר מכריות בשבת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הרופאה בודקת את גלי ונותנת לה תרופה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אלה מציעה רעיון בישיבת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הזכות לזהות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אמא של בן דופקת בדלת לפני שהיא נכנסת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זכות מתארת מצב שבו כל הילדים, בלי קשר למגדר, יכולים להצטרף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שם ותעודת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שלא ייכנסו לחדר שלי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זכות קשורה לכך שלכל ילד מגיע טיפול רפואי כשהוא חולה?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כאשר ילד מציע רעיון בישיבת כיתה, איזו זכות הוא מממש?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כוללת הזכות להגנה?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מקצועות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מוגן מפגיעה ואלימות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לנוח ולשחק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לזהות פירושה שלכל ילד יש שם, משפחה ואזרחות.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לשוויון אומרת שרק בנים יכולים לשחק בכדורגל.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שרוצה לישון ולנוח אחרי יום לימודים מממש את הזכות לבריאות.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לחינוך כוללת את הזכות ללמוד ולהתפתח בבית 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לפרטיות אומרת שאסור לשום מבוגר לדבר עם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הרופאה בודקת ילד ונותנת לו תרופה, היא שומרת על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כל הילדים, בנים ובנות, מוזמנים לשחק באותה קבוצה, זו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כשתינוק מקבל שם במשפחתו, זו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כשאמא דופקת בדלת לפני שהיא נכנסת לחדר, זו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כשהמדריך עוצר משחק אלים כדי לשמור על ילד, זו הזכות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אישית משלכם לזכות לחינוך ולזכות למשחק ומנוחה.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הזכות לזהות?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לשוויון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לכבד את הזכות לפרטיות?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– התאמה בין זכות לדוגמה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